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7A4F" w:rsidRPr="00590B48" w:rsidRDefault="00590B48" w:rsidP="00590B48">
      <w:pPr>
        <w:spacing w:before="120" w:after="60"/>
        <w:ind w:right="-187"/>
        <w:rPr>
          <w:rFonts w:ascii="Arial" w:hAnsi="Arial" w:cs="Arial"/>
          <w:b/>
          <w:bCs/>
          <w:color w:val="1E4079"/>
          <w:sz w:val="32"/>
          <w:szCs w:val="32"/>
        </w:rPr>
      </w:pPr>
      <w:r w:rsidRPr="00590B48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803A52F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415415" cy="599440"/>
            <wp:effectExtent l="0" t="0" r="0" b="0"/>
            <wp:wrapSquare wrapText="bothSides"/>
            <wp:docPr id="1086706967" name="Picture 1" descr="A logo with blue and yellow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11583" name="Picture 1" descr="A logo with blue and yellow leave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590B48">
        <w:rPr>
          <w:rFonts w:ascii="Arial" w:hAnsi="Arial" w:cs="Arial"/>
          <w:b/>
          <w:bCs/>
          <w:color w:val="1E4079"/>
          <w:sz w:val="32"/>
          <w:szCs w:val="32"/>
        </w:rPr>
        <w:t>Support the Flower Mound Senior Center</w:t>
      </w:r>
    </w:p>
    <w:p w:rsidR="00B57A4F" w:rsidRPr="00590B48" w:rsidRDefault="00000000" w:rsidP="00590B48">
      <w:pPr>
        <w:spacing w:after="360"/>
        <w:ind w:right="-86"/>
        <w:rPr>
          <w:sz w:val="22"/>
        </w:rPr>
      </w:pPr>
      <w:r w:rsidRPr="00590B48">
        <w:rPr>
          <w:sz w:val="22"/>
        </w:rPr>
        <w:t xml:space="preserve">Purchase a Legacy Leaf for the Seniors </w:t>
      </w:r>
      <w:proofErr w:type="gramStart"/>
      <w:r w:rsidRPr="00590B48">
        <w:rPr>
          <w:sz w:val="22"/>
        </w:rPr>
        <w:t>In</w:t>
      </w:r>
      <w:proofErr w:type="gramEnd"/>
      <w:r w:rsidRPr="00590B48">
        <w:rPr>
          <w:sz w:val="22"/>
        </w:rPr>
        <w:t xml:space="preserve"> Motion Donor Tree.</w:t>
      </w:r>
    </w:p>
    <w:p w:rsidR="008E427E" w:rsidRDefault="008E427E" w:rsidP="001A7A99">
      <w:pPr>
        <w:jc w:val="center"/>
      </w:pPr>
      <w:r>
        <w:rPr>
          <w:noProof/>
        </w:rPr>
        <w:drawing>
          <wp:inline distT="0" distB="0" distL="0" distR="0">
            <wp:extent cx="5486400" cy="2026920"/>
            <wp:effectExtent l="0" t="0" r="0" b="5080"/>
            <wp:docPr id="293477471" name="Picture 2" descr="A tree with many different shapes and siz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77471" name="Picture 2" descr="A tree with many different shapes and siz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4F" w:rsidRDefault="00000000" w:rsidP="00012393">
      <w:pPr>
        <w:spacing w:after="100"/>
      </w:pPr>
      <w:r w:rsidRPr="004E76D1">
        <w:rPr>
          <w:b/>
          <w:bCs/>
        </w:rPr>
        <w:t>Step 1</w:t>
      </w:r>
      <w:r w:rsidR="008E427E">
        <w:rPr>
          <w:b/>
          <w:bCs/>
        </w:rPr>
        <w:t>:</w:t>
      </w:r>
      <w:r>
        <w:t xml:space="preserve"> Please circle the level you would like to contribute:</w:t>
      </w:r>
    </w:p>
    <w:p w:rsidR="00B57A4F" w:rsidRDefault="00000000" w:rsidP="00012393">
      <w:pPr>
        <w:pStyle w:val="ListBullet"/>
        <w:numPr>
          <w:ilvl w:val="0"/>
          <w:numId w:val="13"/>
        </w:numPr>
      </w:pPr>
      <w:r>
        <w:t>$</w:t>
      </w:r>
      <w:proofErr w:type="gramStart"/>
      <w:r>
        <w:t>100  Bronze</w:t>
      </w:r>
      <w:proofErr w:type="gramEnd"/>
      <w:r>
        <w:t xml:space="preserve"> Leaf</w:t>
      </w:r>
    </w:p>
    <w:p w:rsidR="00B57A4F" w:rsidRDefault="00000000" w:rsidP="00012393">
      <w:pPr>
        <w:pStyle w:val="ListBullet"/>
        <w:numPr>
          <w:ilvl w:val="0"/>
          <w:numId w:val="13"/>
        </w:numPr>
      </w:pPr>
      <w:r>
        <w:t>$</w:t>
      </w:r>
      <w:proofErr w:type="gramStart"/>
      <w:r>
        <w:t>250  Silver</w:t>
      </w:r>
      <w:proofErr w:type="gramEnd"/>
      <w:r>
        <w:t xml:space="preserve"> Leaf</w:t>
      </w:r>
    </w:p>
    <w:p w:rsidR="00B57A4F" w:rsidRDefault="00000000" w:rsidP="00012393">
      <w:pPr>
        <w:pStyle w:val="ListBullet"/>
        <w:numPr>
          <w:ilvl w:val="0"/>
          <w:numId w:val="13"/>
        </w:numPr>
      </w:pPr>
      <w:r>
        <w:t>$</w:t>
      </w:r>
      <w:proofErr w:type="gramStart"/>
      <w:r>
        <w:t>500  Gold</w:t>
      </w:r>
      <w:proofErr w:type="gramEnd"/>
      <w:r>
        <w:t xml:space="preserve"> Leaf</w:t>
      </w:r>
    </w:p>
    <w:p w:rsidR="00B57A4F" w:rsidRDefault="00000000" w:rsidP="00012393">
      <w:pPr>
        <w:pStyle w:val="ListBullet"/>
        <w:numPr>
          <w:ilvl w:val="0"/>
          <w:numId w:val="13"/>
        </w:numPr>
      </w:pPr>
      <w:r>
        <w:t>$</w:t>
      </w:r>
      <w:proofErr w:type="gramStart"/>
      <w:r>
        <w:t>1,000  Acorn</w:t>
      </w:r>
      <w:proofErr w:type="gramEnd"/>
    </w:p>
    <w:p w:rsidR="00B57A4F" w:rsidRDefault="00000000" w:rsidP="008E427E">
      <w:pPr>
        <w:pStyle w:val="ListBullet"/>
        <w:numPr>
          <w:ilvl w:val="0"/>
          <w:numId w:val="13"/>
        </w:numPr>
        <w:spacing w:after="100"/>
      </w:pPr>
      <w:r>
        <w:t>$</w:t>
      </w:r>
      <w:proofErr w:type="gramStart"/>
      <w:r>
        <w:t>5,000  Stone</w:t>
      </w:r>
      <w:proofErr w:type="gramEnd"/>
    </w:p>
    <w:p w:rsidR="00B57A4F" w:rsidRDefault="00000000" w:rsidP="001A7A99">
      <w:pPr>
        <w:spacing w:after="120"/>
      </w:pPr>
      <w:r w:rsidRPr="004E76D1">
        <w:rPr>
          <w:b/>
          <w:bCs/>
        </w:rPr>
        <w:t>Step 2</w:t>
      </w:r>
      <w:r w:rsidR="008E427E">
        <w:rPr>
          <w:b/>
          <w:bCs/>
        </w:rPr>
        <w:t>:</w:t>
      </w:r>
      <w:r>
        <w:t xml:space="preserve"> Please print the text you would like inscribed. You may have up to 3 lines of text with 15 characters each.</w:t>
      </w:r>
    </w:p>
    <w:p w:rsidR="00B57A4F" w:rsidRPr="004E76D1" w:rsidRDefault="00000000" w:rsidP="008E427E">
      <w:pPr>
        <w:spacing w:after="120"/>
        <w:jc w:val="center"/>
        <w:rPr>
          <w:sz w:val="20"/>
          <w:szCs w:val="20"/>
        </w:rPr>
      </w:pPr>
      <w:r w:rsidRPr="004E76D1">
        <w:rPr>
          <w:sz w:val="20"/>
          <w:szCs w:val="20"/>
        </w:rPr>
        <w:t>(Please print legibly)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B57A4F" w:rsidTr="008E427E">
        <w:trPr>
          <w:trHeight w:val="476"/>
        </w:trPr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</w:tr>
      <w:tr w:rsidR="00B57A4F" w:rsidTr="008E427E">
        <w:trPr>
          <w:trHeight w:val="521"/>
        </w:trPr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</w:tr>
      <w:tr w:rsidR="00B57A4F" w:rsidTr="008E427E">
        <w:trPr>
          <w:trHeight w:val="539"/>
        </w:trPr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B57A4F" w:rsidRPr="00377BB5" w:rsidRDefault="00B57A4F" w:rsidP="00377BB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57A4F" w:rsidRDefault="00000000" w:rsidP="0032030E">
      <w:pPr>
        <w:spacing w:before="240" w:after="60"/>
      </w:pPr>
      <w:r w:rsidRPr="004E76D1">
        <w:rPr>
          <w:rFonts w:cs="Times New Roman"/>
          <w:b/>
          <w:bCs/>
        </w:rPr>
        <w:t>PAYMENT METHODS:</w:t>
      </w:r>
      <w:r>
        <w:t xml:space="preserve"> Please make checks payable to SIM Auxiliary, Inc.</w:t>
      </w:r>
    </w:p>
    <w:p w:rsidR="004E76D1" w:rsidRDefault="00000000" w:rsidP="008E427E">
      <w:pPr>
        <w:pStyle w:val="ListParagraph"/>
        <w:numPr>
          <w:ilvl w:val="0"/>
          <w:numId w:val="11"/>
        </w:numPr>
        <w:spacing w:after="120"/>
      </w:pPr>
      <w:r>
        <w:t xml:space="preserve">In person at the Shirley Voirin Social Senior Center located at </w:t>
      </w:r>
      <w:r w:rsidR="00012393">
        <w:br/>
      </w:r>
      <w:r>
        <w:t>2121 Cross Timbers Road in Flower Mound</w:t>
      </w:r>
    </w:p>
    <w:p w:rsidR="00B57A4F" w:rsidRDefault="00000000" w:rsidP="004E76D1">
      <w:pPr>
        <w:pStyle w:val="ListParagraph"/>
        <w:numPr>
          <w:ilvl w:val="0"/>
          <w:numId w:val="11"/>
        </w:numPr>
      </w:pPr>
      <w:r>
        <w:t>By mail:</w:t>
      </w:r>
      <w:r>
        <w:br/>
        <w:t>SIM Auxiliary, Inc.</w:t>
      </w:r>
      <w:r w:rsidR="004E76D1">
        <w:br/>
      </w:r>
      <w:r>
        <w:t>Attn: Treasurer</w:t>
      </w:r>
      <w:r w:rsidR="004E76D1">
        <w:br/>
      </w:r>
      <w:r>
        <w:t>P.O. Box 271756</w:t>
      </w:r>
      <w:r w:rsidR="004E76D1">
        <w:br/>
      </w:r>
      <w:r>
        <w:t>Flower Mound, TX 75027-1756</w:t>
      </w:r>
    </w:p>
    <w:p w:rsidR="00B57A4F" w:rsidRPr="004E76D1" w:rsidRDefault="00000000" w:rsidP="0032030E">
      <w:pPr>
        <w:spacing w:before="600" w:after="120"/>
        <w:jc w:val="center"/>
        <w:rPr>
          <w:rFonts w:ascii="Adefebia Free Font" w:hAnsi="Adefebia Free Font" w:cs="Arial"/>
          <w:i/>
          <w:iCs/>
          <w:color w:val="005C7A"/>
          <w:sz w:val="28"/>
          <w:szCs w:val="28"/>
        </w:rPr>
      </w:pPr>
      <w:r w:rsidRPr="004E76D1">
        <w:rPr>
          <w:rFonts w:ascii="Adefebia Free Font" w:hAnsi="Adefebia Free Font" w:cs="Arial"/>
          <w:i/>
          <w:iCs/>
          <w:color w:val="005C7A"/>
          <w:sz w:val="28"/>
          <w:szCs w:val="28"/>
        </w:rPr>
        <w:t>We thank you for your generosity!!!</w:t>
      </w:r>
    </w:p>
    <w:p w:rsidR="004E76D1" w:rsidRPr="0032030E" w:rsidRDefault="00000000" w:rsidP="0032030E">
      <w:pPr>
        <w:spacing w:after="360"/>
        <w:ind w:left="-360" w:right="-450"/>
        <w:jc w:val="center"/>
        <w:rPr>
          <w:sz w:val="21"/>
          <w:szCs w:val="21"/>
        </w:rPr>
      </w:pPr>
      <w:r w:rsidRPr="008E427E">
        <w:rPr>
          <w:sz w:val="21"/>
          <w:szCs w:val="21"/>
        </w:rPr>
        <w:t>SIM Auxiliary, Inc. is a 501c3 organization and your gift is fully tax deductible to the fullest extent of the law.</w:t>
      </w:r>
    </w:p>
    <w:sectPr w:rsidR="004E76D1" w:rsidRPr="0032030E" w:rsidSect="008E427E">
      <w:pgSz w:w="12240" w:h="15840"/>
      <w:pgMar w:top="729" w:right="1800" w:bottom="73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efebia Free Font">
    <w:panose1 w:val="02000000000000000000"/>
    <w:charset w:val="4D"/>
    <w:family w:val="auto"/>
    <w:notTrueType/>
    <w:pitch w:val="variable"/>
    <w:sig w:usb0="800000AF" w:usb1="40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4043456"/>
    <w:multiLevelType w:val="hybridMultilevel"/>
    <w:tmpl w:val="95E2A40C"/>
    <w:lvl w:ilvl="0" w:tplc="171AC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65694"/>
    <w:multiLevelType w:val="hybridMultilevel"/>
    <w:tmpl w:val="734A5B5E"/>
    <w:lvl w:ilvl="0" w:tplc="B5FAACC6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251CA"/>
    <w:multiLevelType w:val="hybridMultilevel"/>
    <w:tmpl w:val="BF966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E1A37"/>
    <w:multiLevelType w:val="hybridMultilevel"/>
    <w:tmpl w:val="AA421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11852">
    <w:abstractNumId w:val="8"/>
  </w:num>
  <w:num w:numId="2" w16cid:durableId="1096637945">
    <w:abstractNumId w:val="6"/>
  </w:num>
  <w:num w:numId="3" w16cid:durableId="1191604423">
    <w:abstractNumId w:val="5"/>
  </w:num>
  <w:num w:numId="4" w16cid:durableId="9725884">
    <w:abstractNumId w:val="4"/>
  </w:num>
  <w:num w:numId="5" w16cid:durableId="1557473065">
    <w:abstractNumId w:val="7"/>
  </w:num>
  <w:num w:numId="6" w16cid:durableId="459805060">
    <w:abstractNumId w:val="3"/>
  </w:num>
  <w:num w:numId="7" w16cid:durableId="535240179">
    <w:abstractNumId w:val="2"/>
  </w:num>
  <w:num w:numId="8" w16cid:durableId="1661077126">
    <w:abstractNumId w:val="1"/>
  </w:num>
  <w:num w:numId="9" w16cid:durableId="367727747">
    <w:abstractNumId w:val="0"/>
  </w:num>
  <w:num w:numId="10" w16cid:durableId="1357660533">
    <w:abstractNumId w:val="12"/>
  </w:num>
  <w:num w:numId="11" w16cid:durableId="1472942164">
    <w:abstractNumId w:val="11"/>
  </w:num>
  <w:num w:numId="12" w16cid:durableId="2065635747">
    <w:abstractNumId w:val="10"/>
  </w:num>
  <w:num w:numId="13" w16cid:durableId="20416582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2393"/>
    <w:rsid w:val="00034616"/>
    <w:rsid w:val="0006063C"/>
    <w:rsid w:val="0015074B"/>
    <w:rsid w:val="001A7A99"/>
    <w:rsid w:val="0029639D"/>
    <w:rsid w:val="0032030E"/>
    <w:rsid w:val="00326F90"/>
    <w:rsid w:val="00344305"/>
    <w:rsid w:val="00377BB5"/>
    <w:rsid w:val="004E76D1"/>
    <w:rsid w:val="00590B48"/>
    <w:rsid w:val="005C6937"/>
    <w:rsid w:val="00781E7A"/>
    <w:rsid w:val="008E427E"/>
    <w:rsid w:val="00AA1D8D"/>
    <w:rsid w:val="00B47730"/>
    <w:rsid w:val="00B57A4F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FE0C73"/>
  <w14:defaultImageDpi w14:val="300"/>
  <w15:docId w15:val="{66509C70-253A-D04D-9BEA-7F76A358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Wendell Jones</cp:lastModifiedBy>
  <cp:revision>4</cp:revision>
  <cp:lastPrinted>2026-01-03T19:50:00Z</cp:lastPrinted>
  <dcterms:created xsi:type="dcterms:W3CDTF">2026-01-04T15:28:00Z</dcterms:created>
  <dcterms:modified xsi:type="dcterms:W3CDTF">2026-01-04T15:34:00Z</dcterms:modified>
  <cp:category/>
</cp:coreProperties>
</file>